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4C892" w14:textId="6ED1B1D3" w:rsidR="00053213" w:rsidRDefault="00000000" w:rsidP="00053213">
      <w:pPr>
        <w:pStyle w:val="Ttulo"/>
        <w:jc w:val="center"/>
        <w:rPr>
          <w:lang w:val="es-ES"/>
        </w:rPr>
      </w:pPr>
      <w:r w:rsidRPr="00053213">
        <w:rPr>
          <w:sz w:val="28"/>
          <w:szCs w:val="28"/>
          <w:lang w:val="es-ES"/>
        </w:rPr>
        <w:t xml:space="preserve">MODELO DE CARTA AVAL PARA ADMISIÓN AL PROGRAMA DE </w:t>
      </w:r>
      <w:r w:rsidR="00053213" w:rsidRPr="00053213">
        <w:rPr>
          <w:sz w:val="28"/>
          <w:szCs w:val="28"/>
          <w:lang w:val="es-ES"/>
        </w:rPr>
        <w:t>DOCTORADO</w:t>
      </w:r>
      <w:r w:rsidR="00053213" w:rsidRPr="00053213">
        <w:rPr>
          <w:rFonts w:asciiTheme="minorHAnsi" w:eastAsiaTheme="minorEastAsia" w:hAnsiTheme="minorHAnsi" w:cstheme="minorBidi"/>
          <w:color w:val="auto"/>
          <w:spacing w:val="0"/>
          <w:kern w:val="0"/>
          <w:sz w:val="22"/>
          <w:szCs w:val="22"/>
          <w:lang w:val="es-ES"/>
        </w:rPr>
        <w:t xml:space="preserve"> </w:t>
      </w:r>
      <w:r w:rsidR="00053213" w:rsidRPr="00053213">
        <w:rPr>
          <w:sz w:val="28"/>
          <w:szCs w:val="28"/>
          <w:lang w:val="es-ES"/>
        </w:rPr>
        <w:t>EN CIENCIAS ECONÓMICAS, EMPRESARIALES Y SOCIALES</w:t>
      </w:r>
    </w:p>
    <w:p w14:paraId="76E98A1E" w14:textId="77777777" w:rsidR="00053213" w:rsidRDefault="00053213">
      <w:pPr>
        <w:rPr>
          <w:lang w:val="es-ES"/>
        </w:rPr>
      </w:pPr>
    </w:p>
    <w:p w14:paraId="1967A057" w14:textId="77777777" w:rsidR="00053213" w:rsidRDefault="00000000" w:rsidP="00053213">
      <w:pPr>
        <w:jc w:val="both"/>
        <w:rPr>
          <w:lang w:val="es-ES"/>
        </w:rPr>
      </w:pPr>
      <w:r w:rsidRPr="00053213">
        <w:rPr>
          <w:lang w:val="es-ES"/>
        </w:rPr>
        <w:t>Don/Doña ______________________________________, profesor/a del Programa de Doctorado en Ciencias Económicas, Empresariales y Sociales de la Universidad de Sevilla,</w:t>
      </w:r>
      <w:r w:rsidRPr="00053213">
        <w:rPr>
          <w:lang w:val="es-ES"/>
        </w:rPr>
        <w:br/>
      </w:r>
      <w:r w:rsidRPr="00053213">
        <w:rPr>
          <w:lang w:val="es-ES"/>
        </w:rPr>
        <w:br/>
      </w:r>
      <w:r w:rsidRPr="00053213">
        <w:rPr>
          <w:b/>
          <w:bCs/>
          <w:lang w:val="es-ES"/>
        </w:rPr>
        <w:t>MANIFIESTA</w:t>
      </w:r>
      <w:r w:rsidRPr="00053213">
        <w:rPr>
          <w:lang w:val="es-ES"/>
        </w:rPr>
        <w:t>:</w:t>
      </w:r>
      <w:r w:rsidRPr="00053213">
        <w:rPr>
          <w:lang w:val="es-ES"/>
        </w:rPr>
        <w:br/>
      </w:r>
      <w:r w:rsidRPr="00053213">
        <w:rPr>
          <w:lang w:val="es-ES"/>
        </w:rPr>
        <w:br/>
      </w:r>
      <w:r w:rsidRPr="00053213">
        <w:rPr>
          <w:b/>
          <w:bCs/>
          <w:lang w:val="es-ES"/>
        </w:rPr>
        <w:t>Que avala</w:t>
      </w:r>
      <w:r w:rsidRPr="00053213">
        <w:rPr>
          <w:lang w:val="es-ES"/>
        </w:rPr>
        <w:t xml:space="preserve"> la solicitud de admisión de Don/Doña ______________________________________ al citado Programa de Doctorado.</w:t>
      </w:r>
    </w:p>
    <w:p w14:paraId="0172A1FE" w14:textId="2DF1E3E5" w:rsidR="00053213" w:rsidRDefault="00000000" w:rsidP="00053213">
      <w:pPr>
        <w:jc w:val="both"/>
        <w:rPr>
          <w:lang w:val="es-ES"/>
        </w:rPr>
      </w:pPr>
      <w:r w:rsidRPr="00053213">
        <w:rPr>
          <w:lang w:val="es-ES"/>
        </w:rPr>
        <w:t>A efectos de dirección académica de la tesis doctoral, se indica una de las siguientes opciones (marcar la que corresponda):</w:t>
      </w:r>
    </w:p>
    <w:p w14:paraId="37A90CC1" w14:textId="77777777" w:rsidR="00053213" w:rsidRDefault="00000000" w:rsidP="00053213">
      <w:pPr>
        <w:jc w:val="both"/>
        <w:rPr>
          <w:lang w:val="es-ES"/>
        </w:rPr>
      </w:pPr>
      <w:r w:rsidRPr="00053213">
        <w:rPr>
          <w:lang w:val="es-ES"/>
        </w:rPr>
        <w:t>☐ Opción 1: El firmante se compromete a asumir la dirección y tutela de la tesis doctoral del solicitante.</w:t>
      </w:r>
      <w:r w:rsidRPr="00053213">
        <w:rPr>
          <w:lang w:val="es-ES"/>
        </w:rPr>
        <w:br/>
        <w:t>☐ Opción 2: El firmante se compromete a asumir la tutela del solicitante y propone como director/a de tesis a:</w:t>
      </w:r>
    </w:p>
    <w:p w14:paraId="5CCB57D5" w14:textId="72E15199" w:rsidR="00053213" w:rsidRDefault="00000000" w:rsidP="00053213">
      <w:pPr>
        <w:ind w:left="720"/>
        <w:jc w:val="both"/>
        <w:rPr>
          <w:lang w:val="es-ES"/>
        </w:rPr>
      </w:pPr>
      <w:proofErr w:type="spellStart"/>
      <w:r w:rsidRPr="00053213">
        <w:rPr>
          <w:lang w:val="es-ES"/>
        </w:rPr>
        <w:t>D</w:t>
      </w:r>
      <w:r w:rsidR="00053213">
        <w:rPr>
          <w:lang w:val="es-ES"/>
        </w:rPr>
        <w:t>r</w:t>
      </w:r>
      <w:proofErr w:type="spellEnd"/>
      <w:r w:rsidR="00053213">
        <w:rPr>
          <w:lang w:val="es-ES"/>
        </w:rPr>
        <w:t>/</w:t>
      </w:r>
      <w:proofErr w:type="spellStart"/>
      <w:r w:rsidR="00053213">
        <w:rPr>
          <w:lang w:val="es-ES"/>
        </w:rPr>
        <w:t>Dra</w:t>
      </w:r>
      <w:proofErr w:type="spellEnd"/>
      <w:r w:rsidRPr="00053213">
        <w:rPr>
          <w:lang w:val="es-ES"/>
        </w:rPr>
        <w:t xml:space="preserve"> ______________________________________</w:t>
      </w:r>
    </w:p>
    <w:p w14:paraId="2E137CF9" w14:textId="6DE2B369" w:rsidR="00053213" w:rsidRDefault="00053213" w:rsidP="00053213">
      <w:pPr>
        <w:ind w:left="720"/>
        <w:jc w:val="both"/>
        <w:rPr>
          <w:lang w:val="es-ES"/>
        </w:rPr>
      </w:pPr>
      <w:r w:rsidRPr="00053213">
        <w:rPr>
          <w:lang w:val="es-ES"/>
        </w:rPr>
        <w:t>Q</w:t>
      </w:r>
      <w:r w:rsidR="00000000" w:rsidRPr="00053213">
        <w:rPr>
          <w:lang w:val="es-ES"/>
        </w:rPr>
        <w:t>uien cumple con los requisitos establecidos por el Programa de Doctorado, y cuya experiencia investigadora para la dirección de tesis doctorales está debidamente acreditada</w:t>
      </w:r>
    </w:p>
    <w:p w14:paraId="2CCA2508" w14:textId="3CAE255D" w:rsidR="00053213" w:rsidRDefault="00000000" w:rsidP="00053213">
      <w:pPr>
        <w:ind w:left="720"/>
        <w:jc w:val="both"/>
        <w:rPr>
          <w:lang w:val="es-ES"/>
        </w:rPr>
      </w:pPr>
      <w:r w:rsidRPr="00053213">
        <w:rPr>
          <w:lang w:val="es-ES"/>
        </w:rPr>
        <w:t>Asimismo, se hace constar expresamente que, en el caso de que el director/</w:t>
      </w:r>
      <w:proofErr w:type="spellStart"/>
      <w:r w:rsidRPr="00053213">
        <w:rPr>
          <w:lang w:val="es-ES"/>
        </w:rPr>
        <w:t>a</w:t>
      </w:r>
      <w:proofErr w:type="spellEnd"/>
      <w:r w:rsidRPr="00053213">
        <w:rPr>
          <w:lang w:val="es-ES"/>
        </w:rPr>
        <w:t xml:space="preserve"> propuesto/a anteriormente no pudiera formalizar su registro como director de tesis en el momento de la matrícula del alumno por cualquier circunstancia, el tutor firmante se compromete a asumir la dirección de la tesis doctoral.</w:t>
      </w:r>
    </w:p>
    <w:p w14:paraId="2C216176" w14:textId="33C0851C" w:rsidR="00053213" w:rsidRDefault="00000000" w:rsidP="00053213">
      <w:pPr>
        <w:spacing w:after="0" w:line="240" w:lineRule="auto"/>
        <w:jc w:val="both"/>
        <w:rPr>
          <w:lang w:val="es-ES"/>
        </w:rPr>
      </w:pPr>
      <w:r w:rsidRPr="00053213">
        <w:rPr>
          <w:lang w:val="es-ES"/>
        </w:rPr>
        <w:t>Y para que así conste,</w:t>
      </w:r>
    </w:p>
    <w:p w14:paraId="70E18F1C" w14:textId="77777777" w:rsidR="00053213" w:rsidRDefault="00000000" w:rsidP="00053213">
      <w:pPr>
        <w:spacing w:after="0" w:line="240" w:lineRule="auto"/>
        <w:rPr>
          <w:lang w:val="es-ES"/>
        </w:rPr>
      </w:pPr>
      <w:r w:rsidRPr="00053213">
        <w:rPr>
          <w:lang w:val="es-ES"/>
        </w:rPr>
        <w:t xml:space="preserve">se firma el presente documento en __________________, a ____ </w:t>
      </w:r>
      <w:proofErr w:type="spellStart"/>
      <w:r w:rsidRPr="00053213">
        <w:rPr>
          <w:lang w:val="es-ES"/>
        </w:rPr>
        <w:t>de</w:t>
      </w:r>
      <w:proofErr w:type="spellEnd"/>
      <w:r w:rsidRPr="00053213">
        <w:rPr>
          <w:lang w:val="es-ES"/>
        </w:rPr>
        <w:t xml:space="preserve"> ___</w:t>
      </w:r>
      <w:r w:rsidR="00053213">
        <w:rPr>
          <w:lang w:val="es-ES"/>
        </w:rPr>
        <w:t xml:space="preserve">   </w:t>
      </w:r>
      <w:r w:rsidRPr="00053213">
        <w:rPr>
          <w:lang w:val="es-ES"/>
        </w:rPr>
        <w:t xml:space="preserve">___ </w:t>
      </w:r>
      <w:proofErr w:type="spellStart"/>
      <w:proofErr w:type="gramStart"/>
      <w:r w:rsidRPr="00053213">
        <w:rPr>
          <w:lang w:val="es-ES"/>
        </w:rPr>
        <w:t>de</w:t>
      </w:r>
      <w:proofErr w:type="spellEnd"/>
      <w:r w:rsidRPr="00053213">
        <w:rPr>
          <w:lang w:val="es-ES"/>
        </w:rPr>
        <w:t xml:space="preserve"> </w:t>
      </w:r>
      <w:r w:rsidR="00053213">
        <w:rPr>
          <w:lang w:val="es-ES"/>
        </w:rPr>
        <w:t xml:space="preserve"> 20</w:t>
      </w:r>
      <w:proofErr w:type="gramEnd"/>
      <w:r w:rsidR="00053213">
        <w:rPr>
          <w:lang w:val="es-ES"/>
        </w:rPr>
        <w:t xml:space="preserve">   </w:t>
      </w:r>
      <w:proofErr w:type="gramStart"/>
      <w:r w:rsidR="00053213">
        <w:rPr>
          <w:lang w:val="es-ES"/>
        </w:rPr>
        <w:t xml:space="preserve">  </w:t>
      </w:r>
      <w:r w:rsidRPr="00053213">
        <w:rPr>
          <w:lang w:val="es-ES"/>
        </w:rPr>
        <w:t>.</w:t>
      </w:r>
      <w:proofErr w:type="gramEnd"/>
      <w:r w:rsidRPr="00053213">
        <w:rPr>
          <w:lang w:val="es-ES"/>
        </w:rPr>
        <w:br/>
      </w:r>
    </w:p>
    <w:p w14:paraId="6031BD84" w14:textId="77777777" w:rsidR="00E71E03" w:rsidRDefault="00000000">
      <w:pPr>
        <w:rPr>
          <w:lang w:val="es-ES"/>
        </w:rPr>
      </w:pPr>
      <w:r w:rsidRPr="00053213">
        <w:rPr>
          <w:lang w:val="es-ES"/>
        </w:rPr>
        <w:t>Firma del Tutor</w:t>
      </w:r>
      <w:r w:rsidRPr="00053213">
        <w:rPr>
          <w:lang w:val="es-ES"/>
        </w:rPr>
        <w:br/>
        <w:t>Nombre: ________________________________</w:t>
      </w:r>
      <w:r w:rsidRPr="00053213">
        <w:rPr>
          <w:lang w:val="es-ES"/>
        </w:rPr>
        <w:br/>
        <w:t>Departamento: _________________________</w:t>
      </w:r>
      <w:r w:rsidRPr="00053213">
        <w:rPr>
          <w:lang w:val="es-ES"/>
        </w:rPr>
        <w:br/>
      </w:r>
      <w:r w:rsidRPr="00053213">
        <w:rPr>
          <w:lang w:val="es-ES"/>
        </w:rPr>
        <w:br/>
        <w:t xml:space="preserve">Firma del </w:t>
      </w:r>
      <w:proofErr w:type="gramStart"/>
      <w:r w:rsidRPr="00053213">
        <w:rPr>
          <w:lang w:val="es-ES"/>
        </w:rPr>
        <w:t>Director</w:t>
      </w:r>
      <w:proofErr w:type="gramEnd"/>
      <w:r w:rsidRPr="00053213">
        <w:rPr>
          <w:lang w:val="es-ES"/>
        </w:rPr>
        <w:t xml:space="preserve"> (en su caso)</w:t>
      </w:r>
      <w:r w:rsidRPr="00053213">
        <w:rPr>
          <w:lang w:val="es-ES"/>
        </w:rPr>
        <w:br/>
        <w:t>Nombre: ________________________________</w:t>
      </w:r>
      <w:r w:rsidRPr="00053213">
        <w:rPr>
          <w:lang w:val="es-ES"/>
        </w:rPr>
        <w:br/>
        <w:t>Departamento</w:t>
      </w:r>
      <w:r w:rsidR="00053213">
        <w:rPr>
          <w:lang w:val="es-ES"/>
        </w:rPr>
        <w:t>/grupo de investigación</w:t>
      </w:r>
      <w:r w:rsidRPr="00053213">
        <w:rPr>
          <w:lang w:val="es-ES"/>
        </w:rPr>
        <w:t>: _________________________</w:t>
      </w:r>
    </w:p>
    <w:p w14:paraId="1CF334C0" w14:textId="0C2B2ADC" w:rsidR="007E5BB0" w:rsidRPr="00053213" w:rsidRDefault="00053213" w:rsidP="00E71E03">
      <w:pPr>
        <w:jc w:val="both"/>
        <w:rPr>
          <w:lang w:val="es-ES"/>
        </w:rPr>
      </w:pPr>
      <w:r>
        <w:rPr>
          <w:lang w:val="es-ES"/>
        </w:rPr>
        <w:t xml:space="preserve">Indicar si pertenece a Departamento o grupo de investigación vinculado al Programa en </w:t>
      </w:r>
      <w:proofErr w:type="gramStart"/>
      <w:r>
        <w:rPr>
          <w:lang w:val="es-ES"/>
        </w:rPr>
        <w:t>CEES :</w:t>
      </w:r>
      <w:proofErr w:type="gramEnd"/>
      <w:r>
        <w:rPr>
          <w:lang w:val="es-ES"/>
        </w:rPr>
        <w:t xml:space="preserve">  SI/NO (rodee lo que proceda).</w:t>
      </w:r>
    </w:p>
    <w:sectPr w:rsidR="007E5BB0" w:rsidRPr="000532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3568263">
    <w:abstractNumId w:val="8"/>
  </w:num>
  <w:num w:numId="2" w16cid:durableId="973098459">
    <w:abstractNumId w:val="6"/>
  </w:num>
  <w:num w:numId="3" w16cid:durableId="828253379">
    <w:abstractNumId w:val="5"/>
  </w:num>
  <w:num w:numId="4" w16cid:durableId="198207531">
    <w:abstractNumId w:val="4"/>
  </w:num>
  <w:num w:numId="5" w16cid:durableId="1595891988">
    <w:abstractNumId w:val="7"/>
  </w:num>
  <w:num w:numId="6" w16cid:durableId="1362898041">
    <w:abstractNumId w:val="3"/>
  </w:num>
  <w:num w:numId="7" w16cid:durableId="1382634134">
    <w:abstractNumId w:val="2"/>
  </w:num>
  <w:num w:numId="8" w16cid:durableId="765157280">
    <w:abstractNumId w:val="1"/>
  </w:num>
  <w:num w:numId="9" w16cid:durableId="188109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213"/>
    <w:rsid w:val="00055215"/>
    <w:rsid w:val="0006063C"/>
    <w:rsid w:val="0015074B"/>
    <w:rsid w:val="0029639D"/>
    <w:rsid w:val="00326F90"/>
    <w:rsid w:val="007E5BB0"/>
    <w:rsid w:val="00AA1D8D"/>
    <w:rsid w:val="00B47730"/>
    <w:rsid w:val="00CB0664"/>
    <w:rsid w:val="00D7311E"/>
    <w:rsid w:val="00E71E03"/>
    <w:rsid w:val="00EC0B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B05C26"/>
  <w14:defaultImageDpi w14:val="300"/>
  <w15:docId w15:val="{D83B9A12-C956-40AF-84B5-315C8D0C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DEL POPULO PABLO-ROMERO GIL-DELGADO</cp:lastModifiedBy>
  <cp:revision>2</cp:revision>
  <dcterms:created xsi:type="dcterms:W3CDTF">2026-05-20T11:28:00Z</dcterms:created>
  <dcterms:modified xsi:type="dcterms:W3CDTF">2026-05-20T11:28:00Z</dcterms:modified>
  <cp:category/>
</cp:coreProperties>
</file>